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FIRSTNAME LASTNAME</w:t>
      </w:r>
    </w:p>
    <w:p>
      <w:pPr>
        <w:jc w:val="center"/>
      </w:pPr>
      <w:r>
        <w:t>City, State • email@example.com • +91-9XXXXXXXXX • LinkedIn: linkedin.com/in/username • GitHub: github.com/username</w:t>
      </w:r>
    </w:p>
    <w:p/>
    <w:p>
      <w:r>
        <w:rPr>
          <w:b/>
        </w:rPr>
        <w:t>SUMMARY</w:t>
      </w:r>
    </w:p>
    <w:p>
      <w:r>
        <w:t>Entry-level Data Analyst skilled in SQL, Excel/Google Sheets, and Python (pandas, NumPy). Delivered projects in data cleaning, EDA, and visualization (Power BI/Tableau). Strong communicator; eager to apply analytics to real business problems.</w:t>
      </w:r>
    </w:p>
    <w:p>
      <w:r>
        <w:rPr>
          <w:b/>
        </w:rPr>
        <w:t>SKILLS</w:t>
      </w:r>
    </w:p>
    <w:p>
      <w:r>
        <w:t>Programming: Python (pandas, NumPy), basic scikit-learn; R (optional)</w:t>
      </w:r>
    </w:p>
    <w:p>
      <w:r>
        <w:t>Data: SQL, data cleaning, EDA, reporting, basic statistics, A/B testing</w:t>
      </w:r>
    </w:p>
    <w:p>
      <w:r>
        <w:t>Visualization: Power BI or Tableau; Matplotlib/Seaborn (optional)</w:t>
      </w:r>
    </w:p>
    <w:p>
      <w:r>
        <w:t>Tools: Excel/Google Sheets, Git/GitHub, Jupyter/VS Code</w:t>
      </w:r>
    </w:p>
    <w:p>
      <w:r>
        <w:t>Soft Skills: Problem solving, communication, stakeholder collaboration</w:t>
      </w:r>
    </w:p>
    <w:p>
      <w:r>
        <w:rPr>
          <w:b/>
        </w:rPr>
        <w:t>PROJECTS (Add 2–3 with measurable outcomes)</w:t>
      </w:r>
    </w:p>
    <w:p>
      <w:r>
        <w:rPr>
          <w:b/>
        </w:rPr>
        <w:t xml:space="preserve">Sales Performance Dashboard — Power BI </w:t>
      </w:r>
      <w:r>
        <w:t>(automated refresh; reduced manual reporting time by 60%; used DAX, star schema).</w:t>
      </w:r>
    </w:p>
    <w:p>
      <w:r>
        <w:rPr>
          <w:b/>
        </w:rPr>
        <w:t xml:space="preserve">Customer Churn Prediction — Python, scikit-learn </w:t>
      </w:r>
      <w:r>
        <w:t>(0.79 ROC-AUC; identified top features with SHAP; improved retention targeting).</w:t>
      </w:r>
    </w:p>
    <w:p>
      <w:r>
        <w:rPr>
          <w:b/>
        </w:rPr>
        <w:t xml:space="preserve">SQL Cohort &amp; RFM Analysis — PostgreSQL/BigQuery </w:t>
      </w:r>
      <w:r>
        <w:t>(segmented users; +15% retention in target cohort; created reusable queries).</w:t>
      </w:r>
    </w:p>
    <w:p>
      <w:r>
        <w:rPr>
          <w:b/>
        </w:rPr>
        <w:t>EXPERIENCE (Optional for Freshers)</w:t>
      </w:r>
    </w:p>
    <w:p>
      <w:r>
        <w:t>Intern, Data Analytics — Company Name, City  (MM YYYY – MM YYYY)</w:t>
      </w:r>
    </w:p>
    <w:p>
      <w:r>
        <w:t>- Cleaned and analyzed sales transactions; built KPI report in Excel/Power BI</w:t>
        <w:br/>
        <w:t>- Wrote SQL queries to join and aggregate tables; documented logic for the team</w:t>
        <w:br/>
        <w:t>- Presented insights to supervisor; improved weekly reporting efficiency</w:t>
      </w:r>
    </w:p>
    <w:p>
      <w:r>
        <w:rPr>
          <w:b/>
        </w:rPr>
        <w:t>EDUCATION</w:t>
      </w:r>
    </w:p>
    <w:p>
      <w:r>
        <w:t>B.Sc./B.Tech./MBA (Discipline) — University Name, City  (YYYY)</w:t>
      </w:r>
    </w:p>
    <w:p>
      <w:r>
        <w:t>Relevant Coursework: Statistics, Databases (SQL), Python, Data Visualization</w:t>
      </w:r>
    </w:p>
    <w:p>
      <w:r>
        <w:rPr>
          <w:b/>
        </w:rPr>
        <w:t>CERTIFICATIONS</w:t>
      </w:r>
    </w:p>
    <w:p>
      <w:r>
        <w:t>Google Data Analytics (Coursera) — YYYY (or in progress)</w:t>
      </w:r>
    </w:p>
    <w:p>
      <w:r>
        <w:t>Any SQL/Python/Power BI certification — YYYY</w:t>
      </w:r>
    </w:p>
    <w:p>
      <w:r>
        <w:rPr>
          <w:b/>
        </w:rPr>
        <w:t>ACHIEVEMENTS / EXTRAS</w:t>
      </w:r>
    </w:p>
    <w:p>
      <w:r>
        <w:t>Kaggle participation; open-source contribution; blog/portfolio link</w:t>
      </w:r>
    </w:p>
    <w:p>
      <w:r>
        <w:t>Languages: English, Hindi (or others)</w:t>
      </w:r>
    </w:p>
    <w:p>
      <w:r>
        <w:t>Tip: Keep to 1 page. Use clear section headers, simple bullets, and measurable outcomes. Avoid tables and graphics-heavy formats to stay ATS-friendly.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